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C9595" w14:textId="77777777" w:rsidR="00CE5266" w:rsidRDefault="00CE5266" w:rsidP="00CE5266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ZSCV011</w:t>
      </w:r>
    </w:p>
    <w:p w14:paraId="0017059F" w14:textId="77777777" w:rsidR="00CE5266" w:rsidRDefault="00CE5266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4AF3C65B" w14:textId="601E28FB" w:rsidR="0048246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Spot the Fake</w:t>
      </w:r>
    </w:p>
    <w:p w14:paraId="050D7E88" w14:textId="77777777" w:rsidR="0048246E" w:rsidRPr="00CE5266" w:rsidRDefault="00000000">
      <w:pPr>
        <w:spacing w:before="80" w:after="160"/>
        <w:rPr>
          <w:sz w:val="28"/>
          <w:szCs w:val="28"/>
        </w:rPr>
      </w:pPr>
      <w:r w:rsidRPr="00CE5266">
        <w:rPr>
          <w:i/>
          <w:color w:val="5A5A5A"/>
          <w:sz w:val="28"/>
          <w:szCs w:val="28"/>
        </w:rPr>
        <w:t>AI can make images, voices and videos that look and sound real. You cannot avoid them; you just adjust how much you trust what you see and hear.</w:t>
      </w:r>
    </w:p>
    <w:p w14:paraId="71BBE957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Spot a fake image</w:t>
      </w:r>
    </w:p>
    <w:p w14:paraId="50F3A8D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hands and fingers, and any text in the picture (often gibberish).</w:t>
      </w:r>
    </w:p>
    <w:p w14:paraId="2EA0174B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background for warped or duplicated things, and skin that is too smooth.</w:t>
      </w:r>
    </w:p>
    <w:p w14:paraId="4EAA6905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source, and reverse-image-search it (images.google.com).</w:t>
      </w:r>
    </w:p>
    <w:p w14:paraId="7A8BB74F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Spot a fake voice call</w:t>
      </w:r>
    </w:p>
    <w:p w14:paraId="5D04516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Ask a question only the real person would know.</w:t>
      </w:r>
    </w:p>
    <w:p w14:paraId="09B2BD8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Hang up and call them back on the number you already have.</w:t>
      </w:r>
    </w:p>
    <w:p w14:paraId="291C8103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 xml:space="preserve">Listen for flat emotion; the words are </w:t>
      </w:r>
      <w:proofErr w:type="gramStart"/>
      <w:r w:rsidRPr="00CE5266">
        <w:rPr>
          <w:sz w:val="28"/>
          <w:szCs w:val="28"/>
        </w:rPr>
        <w:t>right</w:t>
      </w:r>
      <w:proofErr w:type="gramEnd"/>
      <w:r w:rsidRPr="00CE5266">
        <w:rPr>
          <w:sz w:val="28"/>
          <w:szCs w:val="28"/>
        </w:rPr>
        <w:t xml:space="preserve"> but the feeling is slightly off.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8246E" w:rsidRPr="00CE5266" w14:paraId="7DB79783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458E1BB1" w14:textId="77777777" w:rsidR="0048246E" w:rsidRPr="00CE5266" w:rsidRDefault="00000000">
            <w:pPr>
              <w:spacing w:after="40"/>
              <w:rPr>
                <w:sz w:val="28"/>
                <w:szCs w:val="28"/>
              </w:rPr>
            </w:pPr>
            <w:r w:rsidRPr="00CE5266">
              <w:rPr>
                <w:rFonts w:ascii="Georgia" w:hAnsi="Georgia"/>
                <w:b/>
                <w:color w:val="162A30"/>
                <w:sz w:val="28"/>
                <w:szCs w:val="28"/>
              </w:rPr>
              <w:t>The family code word</w:t>
            </w:r>
          </w:p>
          <w:p w14:paraId="77C939B4" w14:textId="77777777" w:rsidR="0048246E" w:rsidRPr="00CE5266" w:rsidRDefault="00000000">
            <w:pPr>
              <w:rPr>
                <w:sz w:val="28"/>
                <w:szCs w:val="28"/>
              </w:rPr>
            </w:pPr>
            <w:r w:rsidRPr="00CE5266">
              <w:rPr>
                <w:sz w:val="28"/>
                <w:szCs w:val="28"/>
              </w:rPr>
              <w:t>Agree a word only your family knows. Anyone claiming to be family in a phone emergency has to say it. The cheapest, strongest defence against voice cloning; pick it tonight.</w:t>
            </w:r>
          </w:p>
        </w:tc>
      </w:tr>
    </w:tbl>
    <w:p w14:paraId="073C76CD" w14:textId="77777777" w:rsidR="0048246E" w:rsidRPr="00CE5266" w:rsidRDefault="0048246E">
      <w:pPr>
        <w:spacing w:after="40"/>
        <w:rPr>
          <w:sz w:val="28"/>
          <w:szCs w:val="28"/>
        </w:rPr>
      </w:pPr>
    </w:p>
    <w:p w14:paraId="35A653D7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Before you share, especially after a disaster</w:t>
      </w:r>
    </w:p>
    <w:p w14:paraId="48EB2FE1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Slow down.  </w:t>
      </w:r>
      <w:r w:rsidRPr="00CE5266">
        <w:rPr>
          <w:sz w:val="28"/>
          <w:szCs w:val="28"/>
        </w:rPr>
        <w:t>Strong feelings are the hook; do not share yet.</w:t>
      </w:r>
    </w:p>
    <w:p w14:paraId="01989D3D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Check the source.  </w:t>
      </w:r>
      <w:r w:rsidRPr="00CE5266">
        <w:rPr>
          <w:sz w:val="28"/>
          <w:szCs w:val="28"/>
        </w:rPr>
        <w:t>Weather and emergencies: bom.gov.au, NT Government / SecureNT, ABC Emergency. Not a random channel.</w:t>
      </w:r>
    </w:p>
    <w:p w14:paraId="56D4E01C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Check the place and date.  </w:t>
      </w:r>
      <w:r w:rsidRPr="00CE5266">
        <w:rPr>
          <w:sz w:val="28"/>
          <w:szCs w:val="28"/>
        </w:rPr>
        <w:t>Old or overseas footage gets relabelled. “Does this even look like here?”</w:t>
      </w:r>
    </w:p>
    <w:p w14:paraId="3FA67FCB" w14:textId="77777777" w:rsidR="0048246E" w:rsidRPr="00CE5266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CE5266">
        <w:rPr>
          <w:rFonts w:ascii="Georgia" w:hAnsi="Georgia"/>
          <w:i/>
          <w:color w:val="162A30"/>
          <w:sz w:val="28"/>
          <w:szCs w:val="28"/>
        </w:rPr>
        <w:t>The question is not “is this real?” It is “is this telling the truth?”</w:t>
      </w:r>
    </w:p>
    <w:p w14:paraId="71816A15" w14:textId="77777777" w:rsidR="0048246E" w:rsidRDefault="0048246E">
      <w:pPr>
        <w:spacing w:before="120"/>
      </w:pPr>
    </w:p>
    <w:p w14:paraId="0CCF9195" w14:textId="77777777" w:rsidR="0048246E" w:rsidRDefault="0048246E">
      <w:pPr>
        <w:pBdr>
          <w:bottom w:val="single" w:sz="4" w:space="4" w:color="128A8A"/>
        </w:pBdr>
      </w:pPr>
    </w:p>
    <w:p w14:paraId="1210AE77" w14:textId="45794CB0" w:rsidR="0048246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48246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5263311">
    <w:abstractNumId w:val="8"/>
  </w:num>
  <w:num w:numId="2" w16cid:durableId="1063597642">
    <w:abstractNumId w:val="6"/>
  </w:num>
  <w:num w:numId="3" w16cid:durableId="1348213519">
    <w:abstractNumId w:val="5"/>
  </w:num>
  <w:num w:numId="4" w16cid:durableId="152306129">
    <w:abstractNumId w:val="4"/>
  </w:num>
  <w:num w:numId="5" w16cid:durableId="805926760">
    <w:abstractNumId w:val="7"/>
  </w:num>
  <w:num w:numId="6" w16cid:durableId="549803865">
    <w:abstractNumId w:val="3"/>
  </w:num>
  <w:num w:numId="7" w16cid:durableId="1898280909">
    <w:abstractNumId w:val="2"/>
  </w:num>
  <w:num w:numId="8" w16cid:durableId="1115057688">
    <w:abstractNumId w:val="1"/>
  </w:num>
  <w:num w:numId="9" w16cid:durableId="2914475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48246E"/>
    <w:rsid w:val="00AA1D8D"/>
    <w:rsid w:val="00B47730"/>
    <w:rsid w:val="00CB0664"/>
    <w:rsid w:val="00CE52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D21FB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1103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2026-07-19T19:50:00Z</dcterms:modified>
  <cp:category/>
</cp:coreProperties>
</file>