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177374" w14:textId="6BD0EECA" w:rsidR="00DF11E1" w:rsidRPr="00DF11E1" w:rsidRDefault="00DF11E1" w:rsidP="00DF11E1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ALICE SPRINGS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ARN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ZSCV009</w:t>
      </w:r>
    </w:p>
    <w:p w14:paraId="6E28FE61" w14:textId="77777777" w:rsidR="00DF11E1" w:rsidRDefault="00DF11E1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796C6972" w14:textId="5AB5090C" w:rsidR="00364EA0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Research Prompt Starters</w:t>
      </w:r>
    </w:p>
    <w:p w14:paraId="4F163D9D" w14:textId="77777777" w:rsidR="00364EA0" w:rsidRPr="00DF11E1" w:rsidRDefault="00000000">
      <w:pPr>
        <w:spacing w:before="80" w:after="160"/>
        <w:rPr>
          <w:i/>
          <w:color w:val="5A5A5A"/>
          <w:sz w:val="28"/>
          <w:szCs w:val="28"/>
        </w:rPr>
      </w:pPr>
      <w:r w:rsidRPr="00DF11E1">
        <w:rPr>
          <w:i/>
          <w:color w:val="5A5A5A"/>
          <w:sz w:val="28"/>
          <w:szCs w:val="28"/>
        </w:rPr>
        <w:t>Ready prompts to copy and change. Paste your own text; de-identify first.</w:t>
      </w:r>
    </w:p>
    <w:p w14:paraId="0B1AF83E" w14:textId="77777777" w:rsidR="00DF11E1" w:rsidRPr="00DF11E1" w:rsidRDefault="00DF11E1">
      <w:pPr>
        <w:spacing w:before="80" w:after="160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364EA0" w:rsidRPr="00DF11E1" w14:paraId="08FC86A2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23468BF9" w14:textId="77777777" w:rsidR="00364EA0" w:rsidRPr="00DF11E1" w:rsidRDefault="00000000">
            <w:pPr>
              <w:spacing w:after="80"/>
              <w:rPr>
                <w:sz w:val="28"/>
                <w:szCs w:val="28"/>
              </w:rPr>
            </w:pPr>
            <w:r w:rsidRPr="00DF11E1">
              <w:rPr>
                <w:rFonts w:ascii="Georgia" w:hAnsi="Georgia"/>
                <w:b/>
                <w:color w:val="162A30"/>
                <w:sz w:val="28"/>
                <w:szCs w:val="28"/>
              </w:rPr>
              <w:t>Copy, then change the details</w:t>
            </w:r>
          </w:p>
          <w:p w14:paraId="6474A46C" w14:textId="77777777" w:rsidR="00364EA0" w:rsidRPr="00DF11E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DF11E1">
              <w:rPr>
                <w:b/>
                <w:color w:val="128A8A"/>
                <w:sz w:val="28"/>
                <w:szCs w:val="28"/>
              </w:rPr>
              <w:t xml:space="preserve">1.  </w:t>
            </w:r>
            <w:r w:rsidRPr="00DF11E1">
              <w:rPr>
                <w:sz w:val="28"/>
                <w:szCs w:val="28"/>
              </w:rPr>
              <w:t>Here is the abstract and results of a paper [paste]. Explain in plain English what they did, found, and the main limitation; then list three questions a careful reader should ask.</w:t>
            </w:r>
          </w:p>
          <w:p w14:paraId="69D4C2AF" w14:textId="77777777" w:rsidR="00364EA0" w:rsidRPr="00DF11E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DF11E1">
              <w:rPr>
                <w:b/>
                <w:color w:val="128A8A"/>
                <w:sz w:val="28"/>
                <w:szCs w:val="28"/>
              </w:rPr>
              <w:t xml:space="preserve">2.  </w:t>
            </w:r>
            <w:r w:rsidRPr="00DF11E1">
              <w:rPr>
                <w:sz w:val="28"/>
                <w:szCs w:val="28"/>
              </w:rPr>
              <w:t>Here are the key findings from our study [paste]. Write a one-page plain-language summary for a community audience; warm tone, no jargon; do not change any numbers.</w:t>
            </w:r>
          </w:p>
          <w:p w14:paraId="223DB2A8" w14:textId="77777777" w:rsidR="00364EA0" w:rsidRPr="00DF11E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DF11E1">
              <w:rPr>
                <w:b/>
                <w:color w:val="128A8A"/>
                <w:sz w:val="28"/>
                <w:szCs w:val="28"/>
              </w:rPr>
              <w:t xml:space="preserve">3.  </w:t>
            </w:r>
            <w:r w:rsidRPr="00DF11E1">
              <w:rPr>
                <w:sz w:val="28"/>
                <w:szCs w:val="28"/>
              </w:rPr>
              <w:t>Using only the points I list here [paste], draft about 300 words of background for [audience]. Mark anywhere a source is needed with [CITATION NEEDED]; do not invent references.</w:t>
            </w:r>
          </w:p>
          <w:p w14:paraId="33FB8CE8" w14:textId="77777777" w:rsidR="00364EA0" w:rsidRPr="00DF11E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DF11E1">
              <w:rPr>
                <w:b/>
                <w:color w:val="128A8A"/>
                <w:sz w:val="28"/>
                <w:szCs w:val="28"/>
              </w:rPr>
              <w:t xml:space="preserve">4.  </w:t>
            </w:r>
            <w:r w:rsidRPr="00DF11E1">
              <w:rPr>
                <w:sz w:val="28"/>
                <w:szCs w:val="28"/>
              </w:rPr>
              <w:t>Here is a section I have written [paste]. Cut it to half the length, keep every key point and my voice.</w:t>
            </w:r>
          </w:p>
          <w:p w14:paraId="54596AC2" w14:textId="77777777" w:rsidR="00364EA0" w:rsidRPr="00DF11E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DF11E1">
              <w:rPr>
                <w:b/>
                <w:color w:val="128A8A"/>
                <w:sz w:val="28"/>
                <w:szCs w:val="28"/>
              </w:rPr>
              <w:t xml:space="preserve">5.  </w:t>
            </w:r>
            <w:r w:rsidRPr="00DF11E1">
              <w:rPr>
                <w:sz w:val="28"/>
                <w:szCs w:val="28"/>
              </w:rPr>
              <w:t>Here are de-identified excerpts I am cleared to use [paste]. Suggest possible themes with labels, for me to check; these are suggestions, not final codes.</w:t>
            </w:r>
          </w:p>
          <w:p w14:paraId="05618373" w14:textId="77777777" w:rsidR="00364EA0" w:rsidRPr="00DF11E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DF11E1">
              <w:rPr>
                <w:b/>
                <w:color w:val="128A8A"/>
                <w:sz w:val="28"/>
                <w:szCs w:val="28"/>
              </w:rPr>
              <w:t xml:space="preserve">6.  </w:t>
            </w:r>
            <w:r w:rsidRPr="00DF11E1">
              <w:rPr>
                <w:sz w:val="28"/>
                <w:szCs w:val="28"/>
              </w:rPr>
              <w:t>Here are eight abstracts I have already checked [paste]. Summarise what they agree and conflict on; use only these, add no outside studies or citations.</w:t>
            </w:r>
          </w:p>
        </w:tc>
      </w:tr>
    </w:tbl>
    <w:p w14:paraId="5AC59CA3" w14:textId="77777777" w:rsidR="00364EA0" w:rsidRPr="00DF11E1" w:rsidRDefault="00364EA0">
      <w:pPr>
        <w:spacing w:after="40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364EA0" w:rsidRPr="00DF11E1" w14:paraId="3246459C" w14:textId="77777777">
        <w:trPr>
          <w:jc w:val="center"/>
        </w:trPr>
        <w:tc>
          <w:tcPr>
            <w:tcW w:w="10224" w:type="dxa"/>
            <w:tcBorders>
              <w:left w:val="single" w:sz="18" w:space="0" w:color="C9911A"/>
            </w:tcBorders>
            <w:shd w:val="clear" w:color="auto" w:fill="FBF1DA"/>
          </w:tcPr>
          <w:p w14:paraId="6A17045C" w14:textId="77777777" w:rsidR="00364EA0" w:rsidRPr="00DF11E1" w:rsidRDefault="00000000">
            <w:pPr>
              <w:spacing w:after="40"/>
              <w:rPr>
                <w:sz w:val="28"/>
                <w:szCs w:val="28"/>
              </w:rPr>
            </w:pPr>
            <w:r w:rsidRPr="00DF11E1">
              <w:rPr>
                <w:rFonts w:ascii="Georgia" w:hAnsi="Georgia"/>
                <w:b/>
                <w:color w:val="162A30"/>
                <w:sz w:val="28"/>
                <w:szCs w:val="28"/>
              </w:rPr>
              <w:t>Keep data safe</w:t>
            </w:r>
          </w:p>
          <w:p w14:paraId="100F33E3" w14:textId="77777777" w:rsidR="00364EA0" w:rsidRPr="00DF11E1" w:rsidRDefault="00000000">
            <w:pPr>
              <w:rPr>
                <w:sz w:val="28"/>
                <w:szCs w:val="28"/>
              </w:rPr>
            </w:pPr>
            <w:r w:rsidRPr="00DF11E1">
              <w:rPr>
                <w:sz w:val="28"/>
                <w:szCs w:val="28"/>
              </w:rPr>
              <w:t xml:space="preserve">Do not paste identifiable participant information, or community or cultural material, into a public tool. De-identify </w:t>
            </w:r>
            <w:proofErr w:type="gramStart"/>
            <w:r w:rsidRPr="00DF11E1">
              <w:rPr>
                <w:sz w:val="28"/>
                <w:szCs w:val="28"/>
              </w:rPr>
              <w:t>first, or</w:t>
            </w:r>
            <w:proofErr w:type="gramEnd"/>
            <w:r w:rsidRPr="00DF11E1">
              <w:rPr>
                <w:sz w:val="28"/>
                <w:szCs w:val="28"/>
              </w:rPr>
              <w:t xml:space="preserve"> use an approved tool. What is appropriate to use sits with the relevant people and communities, not with the AI.</w:t>
            </w:r>
          </w:p>
        </w:tc>
      </w:tr>
    </w:tbl>
    <w:p w14:paraId="7AFB20DE" w14:textId="77777777" w:rsidR="00DF11E1" w:rsidRDefault="00DF11E1">
      <w:pPr>
        <w:pBdr>
          <w:bottom w:val="single" w:sz="4" w:space="4" w:color="128A8A"/>
        </w:pBdr>
      </w:pPr>
    </w:p>
    <w:p w14:paraId="2B4B9B18" w14:textId="77777777" w:rsidR="00DF11E1" w:rsidRDefault="00DF11E1">
      <w:pPr>
        <w:pBdr>
          <w:bottom w:val="single" w:sz="4" w:space="4" w:color="128A8A"/>
        </w:pBdr>
      </w:pPr>
    </w:p>
    <w:p w14:paraId="6033A6D0" w14:textId="77777777" w:rsidR="00DF11E1" w:rsidRDefault="00DF11E1">
      <w:pPr>
        <w:rPr>
          <w:rFonts w:ascii="Consolas" w:hAnsi="Consolas"/>
          <w:color w:val="5A5A5A"/>
          <w:sz w:val="16"/>
        </w:rPr>
      </w:pPr>
    </w:p>
    <w:p w14:paraId="2B8B884B" w14:textId="5A67EE73" w:rsidR="00364EA0" w:rsidRDefault="00000000">
      <w:r>
        <w:rPr>
          <w:rFonts w:ascii="Consolas" w:hAnsi="Consolas"/>
          <w:color w:val="5A5A5A"/>
          <w:sz w:val="16"/>
        </w:rPr>
        <w:t>Free to print and share</w:t>
      </w:r>
    </w:p>
    <w:sectPr w:rsidR="00364EA0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0311435">
    <w:abstractNumId w:val="8"/>
  </w:num>
  <w:num w:numId="2" w16cid:durableId="1938370841">
    <w:abstractNumId w:val="6"/>
  </w:num>
  <w:num w:numId="3" w16cid:durableId="1062829434">
    <w:abstractNumId w:val="5"/>
  </w:num>
  <w:num w:numId="4" w16cid:durableId="2134015467">
    <w:abstractNumId w:val="4"/>
  </w:num>
  <w:num w:numId="5" w16cid:durableId="1115438988">
    <w:abstractNumId w:val="7"/>
  </w:num>
  <w:num w:numId="6" w16cid:durableId="754861825">
    <w:abstractNumId w:val="3"/>
  </w:num>
  <w:num w:numId="7" w16cid:durableId="855849442">
    <w:abstractNumId w:val="2"/>
  </w:num>
  <w:num w:numId="8" w16cid:durableId="915435022">
    <w:abstractNumId w:val="1"/>
  </w:num>
  <w:num w:numId="9" w16cid:durableId="10337730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1CC4"/>
    <w:rsid w:val="00326F90"/>
    <w:rsid w:val="00364EA0"/>
    <w:rsid w:val="00AA1D8D"/>
    <w:rsid w:val="00B47730"/>
    <w:rsid w:val="00CB0664"/>
    <w:rsid w:val="00DF11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6895FF"/>
  <w14:defaultImageDpi w14:val="300"/>
  <w15:docId w15:val="{42DAC65F-3B7F-D945-829B-B1EC941B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1199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2026-07-19T05:22:00Z</dcterms:modified>
  <cp:category/>
</cp:coreProperties>
</file>