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DEA4CC" w14:textId="21E06EFC" w:rsidR="00837B70" w:rsidRDefault="00F40434" w:rsidP="00F40434">
      <w:pPr>
        <w:spacing w:after="40"/>
        <w:jc w:val="center"/>
      </w:pPr>
      <w:r>
        <w:rPr>
          <w:rFonts w:ascii="Consolas" w:hAnsi="Consolas"/>
          <w:b/>
          <w:color w:val="128A8A"/>
          <w:spacing w:val="30"/>
          <w:sz w:val="17"/>
        </w:rPr>
        <w:t xml:space="preserve">CDU ICT CYBER SECURITY &amp;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DIGITAL</w:t>
      </w:r>
      <w:r w:rsidR="00000000">
        <w:rPr>
          <w:rFonts w:ascii="Consolas" w:hAnsi="Consolas"/>
          <w:b/>
          <w:color w:val="128A8A"/>
          <w:spacing w:val="30"/>
          <w:sz w:val="17"/>
        </w:rPr>
        <w:t xml:space="preserve">  /</w:t>
      </w:r>
      <w:proofErr w:type="gramEnd"/>
      <w:r w:rsidR="00000000">
        <w:rPr>
          <w:rFonts w:ascii="Consolas" w:hAnsi="Consolas"/>
          <w:b/>
          <w:color w:val="128A8A"/>
          <w:spacing w:val="30"/>
          <w:sz w:val="17"/>
        </w:rPr>
        <w:t xml:space="preserve">  AI FOR </w:t>
      </w:r>
      <w:proofErr w:type="gramStart"/>
      <w:r w:rsidR="00000000">
        <w:rPr>
          <w:rFonts w:ascii="Consolas" w:hAnsi="Consolas"/>
          <w:b/>
          <w:color w:val="128A8A"/>
          <w:spacing w:val="30"/>
          <w:sz w:val="17"/>
        </w:rPr>
        <w:t>RESEARCH  /</w:t>
      </w:r>
      <w:proofErr w:type="gramEnd"/>
      <w:r w:rsidR="00000000">
        <w:rPr>
          <w:rFonts w:ascii="Consolas" w:hAnsi="Consolas"/>
          <w:b/>
          <w:color w:val="128A8A"/>
          <w:spacing w:val="30"/>
          <w:sz w:val="17"/>
        </w:rPr>
        <w:t xml:space="preserve">  ONLINE SAFETY</w:t>
      </w:r>
    </w:p>
    <w:p w14:paraId="4C2D2C64" w14:textId="77777777" w:rsidR="00F40434" w:rsidRDefault="00F40434">
      <w:pPr>
        <w:pBdr>
          <w:bottom w:val="single" w:sz="14" w:space="4" w:color="128A8A"/>
        </w:pBdr>
        <w:spacing w:after="120"/>
        <w:rPr>
          <w:rFonts w:ascii="Georgia" w:hAnsi="Georgia"/>
          <w:b/>
          <w:color w:val="162A30"/>
          <w:sz w:val="40"/>
        </w:rPr>
      </w:pPr>
    </w:p>
    <w:p w14:paraId="7A65039E" w14:textId="2A850568" w:rsidR="00837B70" w:rsidRDefault="00000000">
      <w:pPr>
        <w:pBdr>
          <w:bottom w:val="single" w:sz="14" w:space="4" w:color="128A8A"/>
        </w:pBdr>
        <w:spacing w:after="120"/>
      </w:pPr>
      <w:r>
        <w:rPr>
          <w:rFonts w:ascii="Georgia" w:hAnsi="Georgia"/>
          <w:b/>
          <w:color w:val="162A30"/>
          <w:sz w:val="40"/>
        </w:rPr>
        <w:t>AI in Plain English</w:t>
      </w:r>
    </w:p>
    <w:p w14:paraId="1048B89E" w14:textId="77777777" w:rsidR="00837B70" w:rsidRPr="00F40434" w:rsidRDefault="00000000">
      <w:pPr>
        <w:spacing w:before="80" w:after="160"/>
        <w:rPr>
          <w:sz w:val="28"/>
          <w:szCs w:val="28"/>
        </w:rPr>
      </w:pPr>
      <w:r w:rsidRPr="00F40434">
        <w:rPr>
          <w:i/>
          <w:color w:val="5A5A5A"/>
          <w:sz w:val="28"/>
          <w:szCs w:val="28"/>
        </w:rPr>
        <w:t>What an AI chatbot is, the main tools, and where it helps and where it trips up. A quick reference; the full page has the detail.</w:t>
      </w:r>
    </w:p>
    <w:p w14:paraId="50DF2E62" w14:textId="77777777" w:rsidR="00837B70" w:rsidRPr="00F40434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F40434">
        <w:rPr>
          <w:rFonts w:ascii="Georgia" w:hAnsi="Georgia"/>
          <w:b/>
          <w:color w:val="128A8A"/>
          <w:sz w:val="28"/>
          <w:szCs w:val="28"/>
        </w:rPr>
        <w:t>What it is</w:t>
      </w:r>
    </w:p>
    <w:p w14:paraId="1D034D28" w14:textId="77777777" w:rsidR="00837B70" w:rsidRPr="00F40434" w:rsidRDefault="00000000">
      <w:pPr>
        <w:spacing w:after="120"/>
        <w:rPr>
          <w:sz w:val="28"/>
          <w:szCs w:val="28"/>
        </w:rPr>
      </w:pPr>
      <w:r w:rsidRPr="00F40434">
        <w:rPr>
          <w:sz w:val="28"/>
          <w:szCs w:val="28"/>
        </w:rPr>
        <w:t xml:space="preserve">An AI chatbot (ChatGPT, Claude, Gemini, Copilot) is a program that is very good at guessing the next word, trained on an enormous amount of text. It feels like talking to a knowledgeable person, but it is not a </w:t>
      </w:r>
      <w:proofErr w:type="gramStart"/>
      <w:r w:rsidRPr="00F40434">
        <w:rPr>
          <w:sz w:val="28"/>
          <w:szCs w:val="28"/>
        </w:rPr>
        <w:t>person</w:t>
      </w:r>
      <w:proofErr w:type="gramEnd"/>
      <w:r w:rsidRPr="00F40434">
        <w:rPr>
          <w:sz w:val="28"/>
          <w:szCs w:val="28"/>
        </w:rPr>
        <w:t xml:space="preserve"> and it is not looking things up.</w:t>
      </w:r>
    </w:p>
    <w:p w14:paraId="22B3AC0F" w14:textId="77777777" w:rsidR="00837B70" w:rsidRPr="00F40434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F40434">
        <w:rPr>
          <w:rFonts w:ascii="Georgia" w:hAnsi="Georgia"/>
          <w:b/>
          <w:color w:val="128A8A"/>
          <w:sz w:val="28"/>
          <w:szCs w:val="28"/>
        </w:rPr>
        <w:t>The four main tools</w:t>
      </w:r>
    </w:p>
    <w:p w14:paraId="61DC7B96" w14:textId="77777777" w:rsidR="00837B70" w:rsidRPr="00F40434" w:rsidRDefault="00000000">
      <w:pPr>
        <w:spacing w:after="80"/>
        <w:ind w:left="432" w:hanging="259"/>
        <w:rPr>
          <w:sz w:val="28"/>
          <w:szCs w:val="28"/>
        </w:rPr>
      </w:pPr>
      <w:r w:rsidRPr="00F40434">
        <w:rPr>
          <w:color w:val="128A8A"/>
          <w:sz w:val="28"/>
          <w:szCs w:val="28"/>
        </w:rPr>
        <w:t xml:space="preserve">•  </w:t>
      </w:r>
      <w:r w:rsidRPr="00F40434">
        <w:rPr>
          <w:b/>
          <w:sz w:val="28"/>
          <w:szCs w:val="28"/>
        </w:rPr>
        <w:t xml:space="preserve">ChatGPT (OpenAI):  </w:t>
      </w:r>
      <w:r w:rsidRPr="00F40434">
        <w:rPr>
          <w:sz w:val="28"/>
          <w:szCs w:val="28"/>
        </w:rPr>
        <w:t>general writing, everyday questions, brainstorming.</w:t>
      </w:r>
    </w:p>
    <w:p w14:paraId="627E15E9" w14:textId="77777777" w:rsidR="00837B70" w:rsidRPr="00F40434" w:rsidRDefault="00000000">
      <w:pPr>
        <w:spacing w:after="80"/>
        <w:ind w:left="432" w:hanging="259"/>
        <w:rPr>
          <w:sz w:val="28"/>
          <w:szCs w:val="28"/>
        </w:rPr>
      </w:pPr>
      <w:r w:rsidRPr="00F40434">
        <w:rPr>
          <w:color w:val="128A8A"/>
          <w:sz w:val="28"/>
          <w:szCs w:val="28"/>
        </w:rPr>
        <w:t xml:space="preserve">•  </w:t>
      </w:r>
      <w:r w:rsidRPr="00F40434">
        <w:rPr>
          <w:b/>
          <w:sz w:val="28"/>
          <w:szCs w:val="28"/>
        </w:rPr>
        <w:t xml:space="preserve">Claude (Anthropic):  </w:t>
      </w:r>
      <w:r w:rsidRPr="00F40434">
        <w:rPr>
          <w:sz w:val="28"/>
          <w:szCs w:val="28"/>
        </w:rPr>
        <w:t>reading documents, drafting letters, careful explanation.</w:t>
      </w:r>
    </w:p>
    <w:p w14:paraId="1A1B857B" w14:textId="77777777" w:rsidR="00837B70" w:rsidRPr="00F40434" w:rsidRDefault="00000000">
      <w:pPr>
        <w:spacing w:after="80"/>
        <w:ind w:left="432" w:hanging="259"/>
        <w:rPr>
          <w:sz w:val="28"/>
          <w:szCs w:val="28"/>
        </w:rPr>
      </w:pPr>
      <w:r w:rsidRPr="00F40434">
        <w:rPr>
          <w:color w:val="128A8A"/>
          <w:sz w:val="28"/>
          <w:szCs w:val="28"/>
        </w:rPr>
        <w:t xml:space="preserve">•  </w:t>
      </w:r>
      <w:r w:rsidRPr="00F40434">
        <w:rPr>
          <w:b/>
          <w:sz w:val="28"/>
          <w:szCs w:val="28"/>
        </w:rPr>
        <w:t xml:space="preserve">Gemini (Google):  </w:t>
      </w:r>
      <w:r w:rsidRPr="00F40434">
        <w:rPr>
          <w:sz w:val="28"/>
          <w:szCs w:val="28"/>
        </w:rPr>
        <w:t>quick answers, Android phones, voice chats.</w:t>
      </w:r>
    </w:p>
    <w:p w14:paraId="2CDC8080" w14:textId="77777777" w:rsidR="00837B70" w:rsidRPr="00F40434" w:rsidRDefault="00000000">
      <w:pPr>
        <w:spacing w:after="80"/>
        <w:ind w:left="432" w:hanging="259"/>
        <w:rPr>
          <w:sz w:val="28"/>
          <w:szCs w:val="28"/>
        </w:rPr>
      </w:pPr>
      <w:r w:rsidRPr="00F40434">
        <w:rPr>
          <w:color w:val="128A8A"/>
          <w:sz w:val="28"/>
          <w:szCs w:val="28"/>
        </w:rPr>
        <w:t xml:space="preserve">•  </w:t>
      </w:r>
      <w:r w:rsidRPr="00F40434">
        <w:rPr>
          <w:b/>
          <w:sz w:val="28"/>
          <w:szCs w:val="28"/>
        </w:rPr>
        <w:t xml:space="preserve">Copilot (Microsoft):  </w:t>
      </w:r>
      <w:r w:rsidRPr="00F40434">
        <w:rPr>
          <w:sz w:val="28"/>
          <w:szCs w:val="28"/>
        </w:rPr>
        <w:t>work inside Word, Excel and Outlook.</w:t>
      </w:r>
    </w:p>
    <w:p w14:paraId="223A668C" w14:textId="77777777" w:rsidR="00837B70" w:rsidRPr="00F40434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F40434">
        <w:rPr>
          <w:rFonts w:ascii="Georgia" w:hAnsi="Georgia"/>
          <w:b/>
          <w:color w:val="128A8A"/>
          <w:sz w:val="28"/>
          <w:szCs w:val="28"/>
        </w:rPr>
        <w:t xml:space="preserve">Good </w:t>
      </w:r>
      <w:proofErr w:type="gramStart"/>
      <w:r w:rsidRPr="00F40434">
        <w:rPr>
          <w:rFonts w:ascii="Georgia" w:hAnsi="Georgia"/>
          <w:b/>
          <w:color w:val="128A8A"/>
          <w:sz w:val="28"/>
          <w:szCs w:val="28"/>
        </w:rPr>
        <w:t>at  /</w:t>
      </w:r>
      <w:proofErr w:type="gramEnd"/>
      <w:r w:rsidRPr="00F40434">
        <w:rPr>
          <w:rFonts w:ascii="Georgia" w:hAnsi="Georgia"/>
          <w:b/>
          <w:color w:val="128A8A"/>
          <w:sz w:val="28"/>
          <w:szCs w:val="28"/>
        </w:rPr>
        <w:t xml:space="preserve">  gets wrong</w:t>
      </w:r>
    </w:p>
    <w:p w14:paraId="357CDD9B" w14:textId="77777777" w:rsidR="00837B70" w:rsidRPr="00F40434" w:rsidRDefault="00000000">
      <w:pPr>
        <w:spacing w:after="80"/>
        <w:ind w:left="432" w:hanging="259"/>
        <w:rPr>
          <w:sz w:val="28"/>
          <w:szCs w:val="28"/>
        </w:rPr>
      </w:pPr>
      <w:r w:rsidRPr="00F40434">
        <w:rPr>
          <w:color w:val="128A8A"/>
          <w:sz w:val="28"/>
          <w:szCs w:val="28"/>
        </w:rPr>
        <w:t xml:space="preserve">•  </w:t>
      </w:r>
      <w:r w:rsidRPr="00F40434">
        <w:rPr>
          <w:b/>
          <w:sz w:val="28"/>
          <w:szCs w:val="28"/>
        </w:rPr>
        <w:t xml:space="preserve">Good at:  </w:t>
      </w:r>
      <w:r w:rsidRPr="00F40434">
        <w:rPr>
          <w:sz w:val="28"/>
          <w:szCs w:val="28"/>
        </w:rPr>
        <w:t>explaining in plain English, first drafts, summarising, brainstorming, tutoring, troubleshooting.</w:t>
      </w:r>
    </w:p>
    <w:p w14:paraId="124E477F" w14:textId="77777777" w:rsidR="00837B70" w:rsidRPr="00F40434" w:rsidRDefault="00000000">
      <w:pPr>
        <w:spacing w:after="80"/>
        <w:ind w:left="432" w:hanging="259"/>
        <w:rPr>
          <w:sz w:val="28"/>
          <w:szCs w:val="28"/>
        </w:rPr>
      </w:pPr>
      <w:r w:rsidRPr="00F40434">
        <w:rPr>
          <w:color w:val="128A8A"/>
          <w:sz w:val="28"/>
          <w:szCs w:val="28"/>
        </w:rPr>
        <w:t xml:space="preserve">•  </w:t>
      </w:r>
      <w:r w:rsidRPr="00F40434">
        <w:rPr>
          <w:b/>
          <w:sz w:val="28"/>
          <w:szCs w:val="28"/>
        </w:rPr>
        <w:t xml:space="preserve">Gets wrong:  </w:t>
      </w:r>
      <w:r w:rsidRPr="00F40434">
        <w:rPr>
          <w:sz w:val="28"/>
          <w:szCs w:val="28"/>
        </w:rPr>
        <w:t>makes facts up (“hallucinating”), recent events, counting and sums, local and niche detail, images it cannot see.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837B70" w:rsidRPr="00F40434" w14:paraId="3FA632BE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601991DA" w14:textId="77777777" w:rsidR="00837B70" w:rsidRPr="00F40434" w:rsidRDefault="00000000">
            <w:pPr>
              <w:spacing w:after="40"/>
              <w:rPr>
                <w:sz w:val="28"/>
                <w:szCs w:val="28"/>
              </w:rPr>
            </w:pPr>
            <w:r w:rsidRPr="00F40434">
              <w:rPr>
                <w:rFonts w:ascii="Georgia" w:hAnsi="Georgia"/>
                <w:b/>
                <w:color w:val="162A30"/>
                <w:sz w:val="28"/>
                <w:szCs w:val="28"/>
              </w:rPr>
              <w:t>A word on what you type in</w:t>
            </w:r>
          </w:p>
          <w:p w14:paraId="4FFD334F" w14:textId="77777777" w:rsidR="00837B70" w:rsidRPr="00F40434" w:rsidRDefault="00000000">
            <w:pPr>
              <w:rPr>
                <w:sz w:val="28"/>
                <w:szCs w:val="28"/>
              </w:rPr>
            </w:pPr>
            <w:r w:rsidRPr="00F40434">
              <w:rPr>
                <w:sz w:val="28"/>
                <w:szCs w:val="28"/>
              </w:rPr>
              <w:t>Treat a public AI chatbot like a postcard, not a locked drawer. With many free tools, what you type can be stored and used to improve the tool. Fine for everyday questions; not for passwords, other people's private details, or anything not meant to be shared widely.</w:t>
            </w:r>
          </w:p>
        </w:tc>
      </w:tr>
      <w:tr w:rsidR="00837B70" w:rsidRPr="00F40434" w14:paraId="0B41FDC1" w14:textId="77777777">
        <w:trPr>
          <w:jc w:val="center"/>
        </w:trPr>
        <w:tc>
          <w:tcPr>
            <w:tcW w:w="10224" w:type="dxa"/>
            <w:tcBorders>
              <w:left w:val="single" w:sz="18" w:space="0" w:color="C9911A"/>
            </w:tcBorders>
            <w:shd w:val="clear" w:color="auto" w:fill="FBF1DA"/>
          </w:tcPr>
          <w:p w14:paraId="5B7A1451" w14:textId="77777777" w:rsidR="00837B70" w:rsidRPr="00F40434" w:rsidRDefault="00000000">
            <w:pPr>
              <w:spacing w:after="40"/>
              <w:rPr>
                <w:sz w:val="28"/>
                <w:szCs w:val="28"/>
              </w:rPr>
            </w:pPr>
            <w:r w:rsidRPr="00F40434">
              <w:rPr>
                <w:rFonts w:ascii="Georgia" w:hAnsi="Georgia"/>
                <w:b/>
                <w:color w:val="162A30"/>
                <w:sz w:val="28"/>
                <w:szCs w:val="28"/>
              </w:rPr>
              <w:t>Helpful is not the same as truthful</w:t>
            </w:r>
          </w:p>
          <w:p w14:paraId="756A54BE" w14:textId="77777777" w:rsidR="00837B70" w:rsidRPr="00F40434" w:rsidRDefault="00000000">
            <w:pPr>
              <w:rPr>
                <w:sz w:val="28"/>
                <w:szCs w:val="28"/>
              </w:rPr>
            </w:pPr>
            <w:r w:rsidRPr="00F40434">
              <w:rPr>
                <w:sz w:val="28"/>
                <w:szCs w:val="28"/>
              </w:rPr>
              <w:t>The biggest flaw in 2026: AIs are designed to be helpful assistants, and being helpful does not necessarily make them truthful. If the answer matters, check it.</w:t>
            </w:r>
          </w:p>
        </w:tc>
      </w:tr>
    </w:tbl>
    <w:p w14:paraId="40BC44B5" w14:textId="1E01991E" w:rsidR="00837B70" w:rsidRDefault="00837B70"/>
    <w:sectPr w:rsidR="00837B70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5235142">
    <w:abstractNumId w:val="8"/>
  </w:num>
  <w:num w:numId="2" w16cid:durableId="1946424827">
    <w:abstractNumId w:val="6"/>
  </w:num>
  <w:num w:numId="3" w16cid:durableId="456065794">
    <w:abstractNumId w:val="5"/>
  </w:num>
  <w:num w:numId="4" w16cid:durableId="1455713666">
    <w:abstractNumId w:val="4"/>
  </w:num>
  <w:num w:numId="5" w16cid:durableId="2009596274">
    <w:abstractNumId w:val="7"/>
  </w:num>
  <w:num w:numId="6" w16cid:durableId="20060484">
    <w:abstractNumId w:val="3"/>
  </w:num>
  <w:num w:numId="7" w16cid:durableId="133721301">
    <w:abstractNumId w:val="2"/>
  </w:num>
  <w:num w:numId="8" w16cid:durableId="1100183586">
    <w:abstractNumId w:val="1"/>
  </w:num>
  <w:num w:numId="9" w16cid:durableId="146684864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352ED"/>
    <w:rsid w:val="00837B70"/>
    <w:rsid w:val="00AA1D8D"/>
    <w:rsid w:val="00B47730"/>
    <w:rsid w:val="00CB0664"/>
    <w:rsid w:val="00F404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8915DA"/>
  <w14:defaultImageDpi w14:val="300"/>
  <w15:docId w15:val="{EC55C84B-5939-4A47-AF18-44708D198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1281</Characters>
  <Application>Microsoft Office Word</Application>
  <DocSecurity>0</DocSecurity>
  <Lines>28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April Davis</cp:lastModifiedBy>
  <cp:revision>2</cp:revision>
  <dcterms:created xsi:type="dcterms:W3CDTF">2013-12-23T23:15:00Z</dcterms:created>
  <dcterms:modified xsi:type="dcterms:W3CDTF">2026-07-19T19:46:00Z</dcterms:modified>
  <cp:category/>
</cp:coreProperties>
</file>